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Terms &amp; Conditions for Return to She Retreat</w:t>
      </w:r>
    </w:p>
    <w:p>
      <w:pPr>
        <w:jc w:val="center"/>
      </w:pPr>
      <w:r>
        <w:rPr>
          <w:b/>
        </w:rPr>
        <w:t>20–24 September 2027 | Yewfield, Lake District</w:t>
      </w:r>
    </w:p>
    <w:p>
      <w:r>
        <w:t>Please read these Terms and Conditions carefully. By making a booking payment for Return to She, you confirm that you have read, understood and agree to these Terms and Conditions.</w:t>
      </w:r>
    </w:p>
    <w:p>
      <w:pPr>
        <w:pStyle w:val="Heading1"/>
      </w:pPr>
      <w:r>
        <w:t>1. Booking &amp; Payments</w:t>
      </w:r>
    </w:p>
    <w:p>
      <w:pPr>
        <w:spacing w:after="100"/>
      </w:pPr>
      <w:r>
        <w:rPr>
          <w:b/>
        </w:rPr>
        <w:t>Retreat Price:</w:t>
      </w:r>
      <w:r>
        <w:t xml:space="preserve"> Shared twin accommodation is £995 per person. Private accommodation is £1,095 per person.</w:t>
      </w:r>
    </w:p>
    <w:p>
      <w:pPr>
        <w:spacing w:after="100"/>
      </w:pPr>
      <w:r>
        <w:rPr>
          <w:b/>
        </w:rPr>
        <w:t>Deposit:</w:t>
      </w:r>
      <w:r>
        <w:t xml:space="preserve"> A £195 deposit is required to secure your place unless an alternative payment arrangement has been agreed directly with Temple of She.</w:t>
      </w:r>
    </w:p>
    <w:p>
      <w:pPr>
        <w:spacing w:after="100"/>
      </w:pPr>
      <w:r>
        <w:rPr>
          <w:b/>
        </w:rPr>
        <w:t>Payment Plans:</w:t>
      </w:r>
      <w:r>
        <w:t xml:space="preserve"> Payment plans are available. Your payment amount and payment dates will be confirmed when you book. Where an alternative payment arrangement has been agreed, those agreed dates and amounts will form part of your booking.</w:t>
      </w:r>
    </w:p>
    <w:p>
      <w:pPr>
        <w:spacing w:after="100"/>
      </w:pPr>
      <w:r>
        <w:rPr>
          <w:b/>
        </w:rPr>
        <w:t>Missed Payments:</w:t>
      </w:r>
      <w:r>
        <w:t xml:space="preserve"> If an agreed payment is not received by the due date, Temple of She will contact you. You will have 7 days from the original due date to make the payment or get in touch.</w:t>
      </w:r>
    </w:p>
    <w:p>
      <w:pPr>
        <w:spacing w:after="100"/>
      </w:pPr>
      <w:r>
        <w:t>If payment remains outstanding and no contact has been made within those 7 days, Temple of She reserves the right to cancel your booking and release your place.</w:t>
      </w:r>
    </w:p>
    <w:p>
      <w:pPr>
        <w:spacing w:after="100"/>
      </w:pPr>
      <w:r>
        <w:rPr>
          <w:b/>
        </w:rPr>
        <w:t>Final Balance:</w:t>
      </w:r>
      <w:r>
        <w:t xml:space="preserve"> Your retreat must be paid in full by the final date agreed in your payment plan.</w:t>
      </w:r>
    </w:p>
    <w:p>
      <w:pPr>
        <w:pStyle w:val="Heading1"/>
      </w:pPr>
      <w:r>
        <w:t>2. Cancellations &amp; Refunds</w:t>
      </w:r>
    </w:p>
    <w:p>
      <w:pPr>
        <w:spacing w:after="100"/>
      </w:pPr>
      <w:r>
        <w:rPr>
          <w:b/>
        </w:rPr>
        <w:t>Guest Cancellations:</w:t>
      </w:r>
      <w:r>
        <w:t xml:space="preserve"> All cancellations must be made in writing to Temple of She.</w:t>
      </w:r>
    </w:p>
    <w:p>
      <w:pPr>
        <w:spacing w:after="100"/>
      </w:pPr>
      <w:r>
        <w:rPr>
          <w:b/>
        </w:rPr>
        <w:t>Deposit:</w:t>
      </w:r>
      <w:r>
        <w:t xml:space="preserve"> The £195 deposit is intended to be non-refundable once any applicable statutory cancellation rights have expired, as costs and financial commitments are incurred in securing and administering retreat places.</w:t>
      </w:r>
    </w:p>
    <w:p>
      <w:pPr>
        <w:spacing w:after="100"/>
      </w:pPr>
      <w:r>
        <w:rPr>
          <w:b/>
        </w:rPr>
        <w:t>Further Payments:</w:t>
      </w:r>
      <w:r>
        <w:t xml:space="preserve"> If you cancel after making additional payments, these payments may be retained where your cancellation results in an unfilled place and a financial loss to Temple of She.</w:t>
      </w:r>
    </w:p>
    <w:p>
      <w:pPr>
        <w:spacing w:after="100"/>
      </w:pPr>
      <w:r>
        <w:rPr>
          <w:b/>
        </w:rPr>
        <w:t>If Your Place Is Filled:</w:t>
      </w:r>
      <w:r>
        <w:t xml:space="preserve"> If another paying guest successfully fills your cancelled place, payments made above the initial £195 deposit will be refunded.</w:t>
      </w:r>
    </w:p>
    <w:p>
      <w:pPr>
        <w:spacing w:after="100"/>
      </w:pPr>
      <w:r>
        <w:rPr>
          <w:b/>
        </w:rPr>
        <w:t>Transfer of Place:</w:t>
      </w:r>
      <w:r>
        <w:t xml:space="preserve"> With prior agreement from Temple of She, you may transfer your booking to another woman.</w:t>
      </w:r>
    </w:p>
    <w:p>
      <w:pPr>
        <w:spacing w:after="100"/>
      </w:pPr>
      <w:r>
        <w:rPr>
          <w:b/>
        </w:rPr>
        <w:t>No Guarantee of Resale:</w:t>
      </w:r>
      <w:r>
        <w:t xml:space="preserve"> Temple of She may re-advertise your place or offer it to another woman but cannot guarantee that a replacement guest will be found.</w:t>
      </w:r>
    </w:p>
    <w:p>
      <w:pPr>
        <w:spacing w:after="100"/>
      </w:pPr>
      <w:r>
        <w:rPr>
          <w:b/>
        </w:rPr>
        <w:t>Cancellation by Temple of She:</w:t>
      </w:r>
      <w:r>
        <w:t xml:space="preserve"> In the unlikely event that Temple of She has to cancel the retreat due to insufficient bookings, practitioner illness or another operational reason that prevents the retreat from going ahead, all retreat payments made directly to Temple of She will be refunded.</w:t>
      </w:r>
    </w:p>
    <w:p>
      <w:pPr>
        <w:spacing w:after="100"/>
      </w:pPr>
      <w:r>
        <w:t>Temple of She cannot be responsible for separate costs such as travel, additional accommodation or other personal expenses, except where liability cannot legally be excluded.</w:t>
      </w:r>
    </w:p>
    <w:p>
      <w:pPr>
        <w:pStyle w:val="Heading1"/>
      </w:pPr>
      <w:r>
        <w:t>3. Health &amp; Participation</w:t>
      </w:r>
    </w:p>
    <w:p>
      <w:pPr>
        <w:spacing w:after="100"/>
      </w:pPr>
      <w:r>
        <w:t>You will be required to complete a Health &amp; Participation Questionnaire before the retreat.</w:t>
      </w:r>
    </w:p>
    <w:p>
      <w:pPr>
        <w:spacing w:after="100"/>
      </w:pPr>
      <w:r>
        <w:t>You must provide details of any relevant medical conditions, injuries, allergies, medication, pregnancy, dietary requirements, mobility or accessibility needs, or anything else that may reasonably affect your participation.</w:t>
      </w:r>
    </w:p>
    <w:p>
      <w:pPr>
        <w:spacing w:after="100"/>
      </w:pPr>
      <w:r>
        <w:t>If anything changes before the retreat, you must let Temple of She know.</w:t>
      </w:r>
    </w:p>
    <w:p>
      <w:pPr>
        <w:spacing w:after="100"/>
      </w:pPr>
      <w:r>
        <w:t>The retreat includes a range of optional activities including Qigong, yoga, Yin, walking, meditation, sound, cacao and ceremonial practices. Some practices and optional treatments may require additional consultation, screening or consent.</w:t>
      </w:r>
    </w:p>
    <w:p>
      <w:pPr>
        <w:spacing w:after="100"/>
      </w:pPr>
      <w:r>
        <w:t>All sessions and activities are optional. You are responsible for working within your own capabilities and choosing whether to participate.</w:t>
      </w:r>
    </w:p>
    <w:p>
      <w:pPr>
        <w:spacing w:after="100"/>
      </w:pPr>
      <w:r>
        <w:t>Nothing within these Terms and Conditions excludes or limits liability where it would be unlawful to do so.</w:t>
      </w:r>
    </w:p>
    <w:p>
      <w:pPr>
        <w:pStyle w:val="Heading1"/>
      </w:pPr>
      <w:r>
        <w:t>4. Conduct &amp; Venue Rules</w:t>
      </w:r>
    </w:p>
    <w:p>
      <w:pPr>
        <w:spacing w:after="100"/>
      </w:pPr>
      <w:r>
        <w:t>Return to She is a women-only retreat. Everyone attending is expected to treat other guests, Temple of She, Yewfield, its staff and other people using the venue with respect.</w:t>
      </w:r>
    </w:p>
    <w:p>
      <w:pPr>
        <w:spacing w:after="100"/>
      </w:pPr>
      <w:r>
        <w:t>Threatening, abusive, discriminatory, illegal or seriously disruptive behaviour will not be tolerated.</w:t>
      </w:r>
    </w:p>
    <w:p>
      <w:pPr>
        <w:spacing w:after="100"/>
      </w:pPr>
      <w:r>
        <w:t>Temple of She reserves the right to ask a guest to leave if their behaviour presents a safety concern or seriously impacts the retreat or other guests. In these circumstances, the guest will be responsible for arranging and paying for their own onward travel.</w:t>
      </w:r>
    </w:p>
    <w:p>
      <w:pPr>
        <w:spacing w:after="100"/>
      </w:pPr>
      <w:r>
        <w:t>Guests must follow Yewfield's rules and reasonable requirements relating to the property, safety, smoking, noise and use of the grounds and facilities.</w:t>
      </w:r>
    </w:p>
    <w:p>
      <w:pPr>
        <w:spacing w:after="100"/>
      </w:pPr>
      <w:r>
        <w:t>Guests may be responsible for the cost of any damage they cause to the venue or its property.</w:t>
      </w:r>
    </w:p>
    <w:p>
      <w:pPr>
        <w:pStyle w:val="Heading1"/>
      </w:pPr>
      <w:r>
        <w:t>5. Accommodation &amp; Food</w:t>
      </w:r>
    </w:p>
    <w:p>
      <w:pPr>
        <w:spacing w:after="100"/>
      </w:pPr>
      <w:r>
        <w:t>Shared twin accommodation is £995 per person and is based on two women sharing a room.</w:t>
      </w:r>
    </w:p>
    <w:p>
      <w:pPr>
        <w:spacing w:after="100"/>
      </w:pPr>
      <w:r>
        <w:t>If you are attending with someone you would like to share with, please provide her name when booking. Women booking shared accommodation individually may be paired with another retreat guest.</w:t>
      </w:r>
    </w:p>
    <w:p>
      <w:pPr>
        <w:spacing w:after="100"/>
      </w:pPr>
      <w:r>
        <w:t>Private rooms are subject to availability and allocated on a first-booked basis.</w:t>
      </w:r>
    </w:p>
    <w:p>
      <w:pPr>
        <w:spacing w:after="100"/>
      </w:pPr>
      <w:r>
        <w:t>Yewfield is a vegetarian venue. Dietary requirements, intolerances and allergies must be provided in advance so they can be passed to the venue.</w:t>
      </w:r>
    </w:p>
    <w:p>
      <w:pPr>
        <w:spacing w:after="100"/>
      </w:pPr>
      <w:r>
        <w:t>Yewfield may have other resident guests during our stay, and some areas of the venue and grounds may be shared.</w:t>
      </w:r>
    </w:p>
    <w:p>
      <w:pPr>
        <w:pStyle w:val="Heading1"/>
      </w:pPr>
      <w:r>
        <w:t>6. Retreat Programme</w:t>
      </w:r>
    </w:p>
    <w:p>
      <w:pPr>
        <w:spacing w:after="100"/>
      </w:pPr>
      <w:r>
        <w:t>The advertised retreat programme is intended as a guide.</w:t>
      </w:r>
    </w:p>
    <w:p>
      <w:pPr>
        <w:spacing w:after="100"/>
      </w:pPr>
      <w:r>
        <w:t>The programme may be reasonably adjusted where necessary due to weather, safety, venue requirements, practitioner availability or circumstances outside the reasonable control of Temple of She.</w:t>
      </w:r>
    </w:p>
    <w:p>
      <w:pPr>
        <w:spacing w:after="100"/>
      </w:pPr>
      <w:r>
        <w:t>Changes to individual activities, timings or the running order do not constitute cancellation of the retreat.</w:t>
      </w:r>
    </w:p>
    <w:p>
      <w:pPr>
        <w:spacing w:after="100"/>
      </w:pPr>
      <w:r>
        <w:t>All sessions remain optional throughout your stay.</w:t>
      </w:r>
    </w:p>
    <w:p>
      <w:pPr>
        <w:pStyle w:val="Heading1"/>
      </w:pPr>
      <w:r>
        <w:t>7. Personal Belongings</w:t>
      </w:r>
    </w:p>
    <w:p>
      <w:pPr>
        <w:spacing w:after="100"/>
      </w:pPr>
      <w:r>
        <w:t>You are responsible for taking reasonable care of your own belongings during the retreat.</w:t>
      </w:r>
    </w:p>
    <w:p>
      <w:pPr>
        <w:spacing w:after="100"/>
      </w:pPr>
      <w:r>
        <w:t>Temple of She cannot accept responsibility for lost, stolen or damaged personal property except where liability cannot legally be excluded.</w:t>
      </w:r>
    </w:p>
    <w:p>
      <w:pPr>
        <w:pStyle w:val="Heading1"/>
      </w:pPr>
      <w:r>
        <w:t>8. Travel Insurance</w:t>
      </w:r>
    </w:p>
    <w:p>
      <w:pPr>
        <w:spacing w:after="100"/>
      </w:pPr>
      <w:r>
        <w:t>Comprehensive travel and cancellation insurance is a condition of booking.</w:t>
      </w:r>
    </w:p>
    <w:p>
      <w:pPr>
        <w:spacing w:after="100"/>
      </w:pPr>
      <w:r>
        <w:t>Your insurance should provide appropriate cover for cancellation, illness or injury, travel disruption and personal belongings.</w:t>
      </w:r>
    </w:p>
    <w:p>
      <w:pPr>
        <w:spacing w:after="100"/>
      </w:pPr>
      <w:r>
        <w:t>It is your responsibility to make sure the policy you choose provides appropriate cover for your individual circumstances.</w:t>
      </w:r>
    </w:p>
    <w:p>
      <w:pPr>
        <w:pStyle w:val="Heading1"/>
      </w:pPr>
      <w:r>
        <w:t>9. Photography &amp; Video</w:t>
      </w:r>
    </w:p>
    <w:p>
      <w:pPr>
        <w:spacing w:after="100"/>
      </w:pPr>
      <w:r>
        <w:t>Photographs and short videos may be taken during the retreat for Temple of She marketing and social media.</w:t>
      </w:r>
    </w:p>
    <w:p>
      <w:pPr>
        <w:spacing w:after="100"/>
      </w:pPr>
      <w:r>
        <w:t>If you do not wish to be photographed or filmed, please let Temple of She know. Your wishes will be respected.</w:t>
      </w:r>
    </w:p>
    <w:p>
      <w:pPr>
        <w:pStyle w:val="Heading1"/>
      </w:pPr>
      <w:r>
        <w:t>10. Governing Law</w:t>
      </w:r>
    </w:p>
    <w:p>
      <w:pPr>
        <w:spacing w:after="100"/>
      </w:pPr>
      <w:r>
        <w:t>These Terms and Conditions and your booking with Temple of She are governed by the laws of England and Wales.</w:t>
      </w:r>
    </w:p>
    <w:p>
      <w:pPr>
        <w:spacing w:after="100"/>
      </w:pPr>
      <w:r>
        <w:t>Nothing within these Terms and Conditions affects your statutory consumer rights.</w:t>
      </w:r>
    </w:p>
    <w:p>
      <w:pPr>
        <w:spacing w:before="160"/>
      </w:pPr>
      <w:r>
        <w:rPr>
          <w:b/>
        </w:rPr>
        <w:t>By making a booking payment, you confirm your acceptance of these Terms and Conditions.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